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CE73" w14:textId="380613DA" w:rsidR="00601432" w:rsidRPr="00787C9E" w:rsidRDefault="00787C9E">
      <w:pPr>
        <w:spacing w:after="200"/>
        <w:rPr>
          <w:b/>
          <w:sz w:val="32"/>
        </w:rPr>
      </w:pPr>
      <w:r w:rsidRPr="00787C9E">
        <w:rPr>
          <w:b/>
          <w:color w:val="31849B" w:themeColor="accent5" w:themeShade="BF"/>
          <w:sz w:val="32"/>
        </w:rPr>
        <w:t xml:space="preserve">Template Letter and Instructions: </w:t>
      </w:r>
      <w:r>
        <w:rPr>
          <w:b/>
          <w:sz w:val="32"/>
        </w:rPr>
        <w:t xml:space="preserve">Writing to your MP about concerns with calls for parole reform, and a broad ‘tough on crime agenda’ being implemented in the name of victims of crime </w:t>
      </w:r>
    </w:p>
    <w:p w14:paraId="3212E76B" w14:textId="6265120F" w:rsidR="00787C9E" w:rsidRDefault="00320F34">
      <w:r>
        <w:t xml:space="preserve">Find your MP at </w:t>
      </w:r>
      <w:hyperlink r:id="rId9" w:history="1">
        <w:r w:rsidR="00787C9E" w:rsidRPr="002D21BB">
          <w:rPr>
            <w:rStyle w:val="Hyperlink"/>
          </w:rPr>
          <w:t>www.ourcommons.ca/members/en/search</w:t>
        </w:r>
      </w:hyperlink>
      <w:r w:rsidR="00787C9E">
        <w:t xml:space="preserve">  </w:t>
      </w:r>
      <w:r>
        <w:t xml:space="preserve"> </w:t>
      </w:r>
    </w:p>
    <w:p w14:paraId="4939E5EC" w14:textId="3FF195F6" w:rsidR="00601432" w:rsidRDefault="00320F34">
      <w:r>
        <w:t>Enter your postal code. Write to the constituency office.</w:t>
      </w:r>
    </w:p>
    <w:p w14:paraId="4D3667E6" w14:textId="254F2D4A" w:rsidR="00601432" w:rsidRDefault="00320F34">
      <w:r>
        <w:t xml:space="preserve"> </w:t>
      </w:r>
      <w:r w:rsidR="00787C9E">
        <w:t>Email</w:t>
      </w:r>
      <w:r>
        <w:t xml:space="preserve"> before mid-August. The fall legislative agenda is set in August and early September.</w:t>
      </w:r>
    </w:p>
    <w:p w14:paraId="24F47647" w14:textId="54AE350D" w:rsidR="00601432" w:rsidRDefault="00320F34" w:rsidP="00787C9E">
      <w:r>
        <w:t xml:space="preserve">Include </w:t>
      </w:r>
      <w:r w:rsidR="00787C9E">
        <w:t xml:space="preserve">your letter as an attachment to the email. Include </w:t>
      </w:r>
      <w:r>
        <w:t>your home address</w:t>
      </w:r>
      <w:r w:rsidR="00787C9E">
        <w:t xml:space="preserve">. Customize the template language to your liking. </w:t>
      </w:r>
    </w:p>
    <w:p w14:paraId="374B0CC8" w14:textId="17F91E0D" w:rsidR="00610E58" w:rsidRDefault="00787C9E" w:rsidP="00787C9E">
      <w:proofErr w:type="gramStart"/>
      <w:r>
        <w:t>CC  Gary</w:t>
      </w:r>
      <w:proofErr w:type="gramEnd"/>
      <w:r>
        <w:t xml:space="preserve"> Anandasangaree, Minister of Public Safety;</w:t>
      </w:r>
      <w:r w:rsidR="00D23192">
        <w:t xml:space="preserve"> </w:t>
      </w:r>
      <w:hyperlink r:id="rId10" w:history="1">
        <w:r w:rsidR="00B13C2C" w:rsidRPr="00E823C0">
          <w:rPr>
            <w:rStyle w:val="Hyperlink"/>
          </w:rPr>
          <w:t>ps.ministerofpublicsafety-ministredelasecuritepublique.sp@ps-sp.gc.ca</w:t>
        </w:r>
      </w:hyperlink>
      <w:r w:rsidR="00B13C2C">
        <w:t xml:space="preserve"> </w:t>
      </w:r>
    </w:p>
    <w:p w14:paraId="1A26F55F" w14:textId="6078CF25" w:rsidR="00610E58" w:rsidRDefault="00787C9E" w:rsidP="00787C9E">
      <w:r>
        <w:t xml:space="preserve"> Sean Fraser, Minister of Justice;</w:t>
      </w:r>
      <w:r w:rsidR="00610E58">
        <w:t xml:space="preserve"> </w:t>
      </w:r>
      <w:hyperlink r:id="rId11" w:history="1">
        <w:r w:rsidR="00610E58" w:rsidRPr="002D21BB">
          <w:rPr>
            <w:rStyle w:val="Hyperlink"/>
          </w:rPr>
          <w:t>Sean.Fraser@parl.gc.ca</w:t>
        </w:r>
      </w:hyperlink>
      <w:r w:rsidR="00610E58">
        <w:t xml:space="preserve"> </w:t>
      </w:r>
    </w:p>
    <w:p w14:paraId="1414D33C" w14:textId="5EFE0D51" w:rsidR="00787C9E" w:rsidRPr="005B555C" w:rsidRDefault="00787C9E" w:rsidP="00787C9E">
      <w:pPr>
        <w:rPr>
          <w:b/>
          <w:bCs/>
        </w:rPr>
      </w:pPr>
      <w:r>
        <w:t xml:space="preserve"> </w:t>
      </w:r>
      <w:r w:rsidR="00976C40">
        <w:t>And the Governor General</w:t>
      </w:r>
      <w:r w:rsidR="00B13C2C">
        <w:t xml:space="preserve"> </w:t>
      </w:r>
      <w:proofErr w:type="gramStart"/>
      <w:r w:rsidR="00B13C2C">
        <w:t>info@gg.ca ,</w:t>
      </w:r>
      <w:proofErr w:type="gramEnd"/>
      <w:r w:rsidR="00B13C2C">
        <w:t xml:space="preserve"> or notify the Governor General of your concerns broadly by filing the form presented here: </w:t>
      </w:r>
      <w:hyperlink r:id="rId12" w:history="1">
        <w:r w:rsidR="00B13C2C" w:rsidRPr="00B13C2C">
          <w:rPr>
            <w:rStyle w:val="Hyperlink"/>
          </w:rPr>
          <w:t>Contact Information | The Governor General of Canada</w:t>
        </w:r>
      </w:hyperlink>
      <w:r w:rsidR="00B13C2C">
        <w:t xml:space="preserve"> </w:t>
      </w:r>
    </w:p>
    <w:p w14:paraId="516A4CA5" w14:textId="6BD7B849" w:rsidR="00601432" w:rsidRPr="00787C9E" w:rsidRDefault="00787C9E">
      <w:pPr>
        <w:spacing w:before="220" w:after="120"/>
        <w:rPr>
          <w:sz w:val="24"/>
          <w:szCs w:val="28"/>
        </w:rPr>
      </w:pPr>
      <w:r w:rsidRPr="00420CD7">
        <w:rPr>
          <w:b/>
          <w:sz w:val="28"/>
          <w:szCs w:val="28"/>
          <w:highlight w:val="yellow"/>
        </w:rPr>
        <w:t>DRAFT</w:t>
      </w:r>
      <w:r w:rsidRPr="00787C9E">
        <w:rPr>
          <w:b/>
          <w:sz w:val="28"/>
          <w:szCs w:val="28"/>
        </w:rPr>
        <w:t xml:space="preserve"> letter</w:t>
      </w:r>
    </w:p>
    <w:p w14:paraId="760B4163" w14:textId="084D1A72" w:rsidR="00601432" w:rsidRDefault="00320F34">
      <w:r>
        <w:t xml:space="preserve">Subject: </w:t>
      </w:r>
      <w:r w:rsidR="00787C9E">
        <w:t xml:space="preserve">Concerns </w:t>
      </w:r>
      <w:r w:rsidR="00420CD7">
        <w:t xml:space="preserve">about </w:t>
      </w:r>
      <w:r w:rsidR="00787C9E">
        <w:t xml:space="preserve">calls for parole reform </w:t>
      </w:r>
    </w:p>
    <w:p w14:paraId="28D85EF0" w14:textId="77777777" w:rsidR="00601432" w:rsidRDefault="00320F34">
      <w:r>
        <w:t>Dear [MP’s name],</w:t>
      </w:r>
    </w:p>
    <w:p w14:paraId="1AAB9304" w14:textId="2DA7CFC9" w:rsidR="00E36917" w:rsidRDefault="00E36917" w:rsidP="00E36917">
      <w:pPr>
        <w:spacing w:after="40"/>
      </w:pPr>
      <w:r>
        <w:t xml:space="preserve">I live in </w:t>
      </w:r>
      <w:r>
        <w:t>[your riding]</w:t>
      </w:r>
      <w:r>
        <w:t xml:space="preserve"> and am writing to express my deep concern about recent calls by the Toronto and Canadian Police Associations for parole reform, as well as the broader trend of legislative changes moving Canadian criminal and prison law toward increasingly punitive practices.</w:t>
      </w:r>
    </w:p>
    <w:p w14:paraId="4333ADEF" w14:textId="77777777" w:rsidR="00E36917" w:rsidRDefault="00E36917" w:rsidP="00E36917">
      <w:pPr>
        <w:spacing w:after="40"/>
      </w:pPr>
    </w:p>
    <w:p w14:paraId="30A48D7B" w14:textId="77777777" w:rsidR="00E36917" w:rsidRDefault="00E36917" w:rsidP="00E36917">
      <w:pPr>
        <w:spacing w:after="40"/>
      </w:pPr>
      <w:r>
        <w:t>Canada has long upheld the value of a fair justice system rooted in rehabilitation, reintegration, and public safety. I did not vote for a “tough on crime” policy agenda.</w:t>
      </w:r>
    </w:p>
    <w:p w14:paraId="33D4717D" w14:textId="77777777" w:rsidR="00E36917" w:rsidRDefault="00E36917" w:rsidP="00E36917">
      <w:pPr>
        <w:spacing w:after="40"/>
      </w:pPr>
    </w:p>
    <w:p w14:paraId="78129F06" w14:textId="041AF78B" w:rsidR="00E36917" w:rsidRDefault="00E36917" w:rsidP="00E36917">
      <w:pPr>
        <w:spacing w:after="40"/>
      </w:pPr>
      <w:r>
        <w:t xml:space="preserve">In July, two police associations called on the government to make significant changes to Canada’s existing parole laws. Our parole system is already profoundly punitive, creating an uphill battle for people working hard to receive parole and rebuild their lives in the community. </w:t>
      </w:r>
    </w:p>
    <w:p w14:paraId="7D6BA87B" w14:textId="77777777" w:rsidR="00E36917" w:rsidRDefault="00E36917" w:rsidP="00E36917">
      <w:pPr>
        <w:spacing w:after="40"/>
      </w:pPr>
    </w:p>
    <w:p w14:paraId="262B67E7" w14:textId="77777777" w:rsidR="00E36917" w:rsidRDefault="00E36917" w:rsidP="00E36917">
      <w:pPr>
        <w:spacing w:after="40"/>
      </w:pPr>
      <w:r>
        <w:t xml:space="preserve">Moreover, the specific parole hearing that prompted these calls for sweeping legislative reform did not result in parole being granted. The concerns raised </w:t>
      </w:r>
      <w:proofErr w:type="gramStart"/>
      <w:r>
        <w:t>centered</w:t>
      </w:r>
      <w:proofErr w:type="gramEnd"/>
      <w:r>
        <w:t xml:space="preserve"> on the Parole Board’s scheduling and administrative practices. The Parole Board of Canada establishes its hearing dates and notice periods, while the Federal Ombudsperson for Victims of Crime has a mandate to address matters relating to victims. Calling for sweeping legislative reform in response to this case is egregious when administrative mechanisms already exist to address the issues raised by these police associations.</w:t>
      </w:r>
    </w:p>
    <w:p w14:paraId="6A3DCE13" w14:textId="77777777" w:rsidR="00E36917" w:rsidRDefault="00E36917" w:rsidP="00E36917">
      <w:pPr>
        <w:spacing w:after="40"/>
      </w:pPr>
    </w:p>
    <w:p w14:paraId="6017A1D7" w14:textId="77777777" w:rsidR="00E36917" w:rsidRDefault="00E36917" w:rsidP="00E36917">
      <w:pPr>
        <w:spacing w:after="40"/>
      </w:pPr>
      <w:r>
        <w:t>The Canadian Police Association has asked the government to apply to parole the same approach used for bail and sentencing reform. That approach produced Bill C-14, which amended more than 80 clauses across four statutes and included sentencing changes, restrictions on conditional sentences, and amendments to the Youth Criminal Justice Act.</w:t>
      </w:r>
    </w:p>
    <w:p w14:paraId="05A8A760" w14:textId="77777777" w:rsidR="00E36917" w:rsidRDefault="00E36917" w:rsidP="00E36917">
      <w:pPr>
        <w:spacing w:after="40"/>
      </w:pPr>
    </w:p>
    <w:p w14:paraId="3229C16D" w14:textId="77777777" w:rsidR="00E36917" w:rsidRDefault="00E36917" w:rsidP="00E36917">
      <w:pPr>
        <w:spacing w:after="40"/>
      </w:pPr>
      <w:r>
        <w:lastRenderedPageBreak/>
        <w:t xml:space="preserve">I join a growing number of Canadians who are deeply concerned that Parliament’s agenda is being shaped to the specifications of </w:t>
      </w:r>
      <w:proofErr w:type="gramStart"/>
      <w:r>
        <w:t>particular lobbying</w:t>
      </w:r>
      <w:proofErr w:type="gramEnd"/>
      <w:r>
        <w:t xml:space="preserve"> interests, on a timetable that leaves little room for meaningful scrutiny and without evidence that “tough on crime” laws and policies </w:t>
      </w:r>
      <w:proofErr w:type="gramStart"/>
      <w:r>
        <w:t>actually make</w:t>
      </w:r>
      <w:proofErr w:type="gramEnd"/>
      <w:r>
        <w:t xml:space="preserve"> our communities safer.</w:t>
      </w:r>
    </w:p>
    <w:p w14:paraId="06EE4B3E" w14:textId="77777777" w:rsidR="00E36917" w:rsidRDefault="00E36917" w:rsidP="00E36917">
      <w:pPr>
        <w:spacing w:after="40"/>
      </w:pPr>
    </w:p>
    <w:p w14:paraId="7EC9386D" w14:textId="77777777" w:rsidR="00E36917" w:rsidRDefault="00E36917" w:rsidP="00E36917">
      <w:pPr>
        <w:spacing w:after="40"/>
      </w:pPr>
      <w:r>
        <w:t>The Prime Minister’s mandate letter of May 21, 2025, commits this government to “uphold the rule of law, protect our democratic institutions, and reinforce the unity of our country.” It also sets out seven priorities for this Parliament. Changes to criminal law are not among them, and I did not vote for a “tough on crime” agenda.</w:t>
      </w:r>
    </w:p>
    <w:p w14:paraId="0886A290" w14:textId="77777777" w:rsidR="00E36917" w:rsidRDefault="00E36917" w:rsidP="00E36917">
      <w:pPr>
        <w:spacing w:after="40"/>
      </w:pPr>
    </w:p>
    <w:p w14:paraId="3017369F" w14:textId="77777777" w:rsidR="00E36917" w:rsidRDefault="00E36917" w:rsidP="00E36917">
      <w:pPr>
        <w:spacing w:after="40"/>
      </w:pPr>
      <w:r>
        <w:t>The mandate letter also commits the government to “focusing on results over spending” and reducing government operating costs. Holding one person in federal custody costs approximately $156,700 per year, and approximately $256,700 in a federal prison designated for women. Supervising one person in the community costs approximately $47,500 per year.</w:t>
      </w:r>
    </w:p>
    <w:p w14:paraId="0597301B" w14:textId="77777777" w:rsidR="00E36917" w:rsidRDefault="00E36917" w:rsidP="00E36917">
      <w:pPr>
        <w:spacing w:after="40"/>
      </w:pPr>
    </w:p>
    <w:p w14:paraId="141D3415" w14:textId="77777777" w:rsidR="00E36917" w:rsidRDefault="00E36917" w:rsidP="00E36917">
      <w:pPr>
        <w:spacing w:after="40"/>
      </w:pPr>
      <w:r>
        <w:t>Systems that prioritize punishment and vengeance not only harm our communities; they also cost billions of taxpayer dollars that could be much better spent elsewhere.</w:t>
      </w:r>
    </w:p>
    <w:p w14:paraId="3F63CCEA" w14:textId="77777777" w:rsidR="00E36917" w:rsidRDefault="00E36917" w:rsidP="00E36917">
      <w:pPr>
        <w:spacing w:after="40"/>
      </w:pPr>
    </w:p>
    <w:p w14:paraId="72B90B31" w14:textId="58BC98A9" w:rsidR="00E36917" w:rsidRDefault="00E36917" w:rsidP="00E36917">
      <w:pPr>
        <w:spacing w:after="40"/>
      </w:pPr>
      <w:r>
        <w:t>The mandate letter further commits the government to “advancing reconciliation with Indigenous Peoples.” Indigenous women and gender-diverse people make up more than half of the population in federal prisons designated for women, while Indigenous men are also incarcerated at devastatingly high rates. Every justice policy advanced by this government must account for the very real and ongoing harms within Canada’s prison system, rather than responding to the demands of public interest groups that use isolated or exceptional cases to justify sweeping “tough on crime” legislation while circumventing established legislative processes.</w:t>
      </w:r>
    </w:p>
    <w:p w14:paraId="3FEF3D01" w14:textId="77777777" w:rsidR="00E36917" w:rsidRDefault="00E36917" w:rsidP="00E36917">
      <w:pPr>
        <w:spacing w:after="40"/>
      </w:pPr>
    </w:p>
    <w:p w14:paraId="58041FE9" w14:textId="77777777" w:rsidR="00E36917" w:rsidRDefault="00E36917" w:rsidP="00E36917">
      <w:pPr>
        <w:spacing w:after="40"/>
      </w:pPr>
      <w:r>
        <w:t xml:space="preserve">I am also deeply concerned by the police </w:t>
      </w:r>
      <w:proofErr w:type="gramStart"/>
      <w:r>
        <w:t>associations’</w:t>
      </w:r>
      <w:proofErr w:type="gramEnd"/>
      <w:r>
        <w:t xml:space="preserve"> homogenization of people who have experienced harm through crime. Making Canada’s prison system more punitive in the name of victims, while </w:t>
      </w:r>
      <w:proofErr w:type="gramStart"/>
      <w:r>
        <w:t>assuming that</w:t>
      </w:r>
      <w:proofErr w:type="gramEnd"/>
      <w:r>
        <w:t xml:space="preserve"> all victims want a more retributive justice system, is a grave error. It risks exploiting the experiences of people who have suffered harm, while overlooking the diversity of their needs, perspectives, and views on justice.</w:t>
      </w:r>
    </w:p>
    <w:p w14:paraId="3149119A" w14:textId="77777777" w:rsidR="00E36917" w:rsidRDefault="00E36917" w:rsidP="00E36917">
      <w:pPr>
        <w:spacing w:after="40"/>
      </w:pPr>
    </w:p>
    <w:p w14:paraId="5B350042" w14:textId="77777777" w:rsidR="00E36917" w:rsidRDefault="00E36917" w:rsidP="00E36917">
      <w:pPr>
        <w:spacing w:after="40"/>
      </w:pPr>
      <w:r>
        <w:t>Please tell the Ministers of Public Safety and Justice that you do not support placing changes to parole law on Parliament’s agenda this fall. I urge you to support a Canada that upholds its commitments to fair, evidence-based, and just institutions.</w:t>
      </w:r>
    </w:p>
    <w:p w14:paraId="1B57D07A" w14:textId="77777777" w:rsidR="00E36917" w:rsidRDefault="00E36917" w:rsidP="00E36917">
      <w:pPr>
        <w:spacing w:after="40"/>
      </w:pPr>
    </w:p>
    <w:p w14:paraId="4A0D08C3" w14:textId="12E58C66" w:rsidR="00E36917" w:rsidRDefault="00E36917" w:rsidP="00E36917">
      <w:pPr>
        <w:spacing w:after="40"/>
      </w:pPr>
      <w:r>
        <w:t>Please write back and let me know what position you will take on this issue.</w:t>
      </w:r>
    </w:p>
    <w:p w14:paraId="75F65795" w14:textId="77777777" w:rsidR="00E36917" w:rsidRDefault="00E36917">
      <w:pPr>
        <w:spacing w:after="40"/>
      </w:pPr>
    </w:p>
    <w:p w14:paraId="1B00E225" w14:textId="77777777" w:rsidR="00E36917" w:rsidRDefault="00E36917">
      <w:pPr>
        <w:spacing w:after="40"/>
      </w:pPr>
    </w:p>
    <w:p w14:paraId="22027958" w14:textId="77777777" w:rsidR="00E36917" w:rsidRDefault="00E36917">
      <w:pPr>
        <w:spacing w:after="40"/>
      </w:pPr>
    </w:p>
    <w:p w14:paraId="28BE86E1" w14:textId="0BF06FEC" w:rsidR="00601432" w:rsidRDefault="00320F34">
      <w:pPr>
        <w:spacing w:after="40"/>
      </w:pPr>
      <w:r>
        <w:t>[Your name]</w:t>
      </w:r>
    </w:p>
    <w:p w14:paraId="3049402E" w14:textId="77777777" w:rsidR="00601432" w:rsidRDefault="00320F34">
      <w:pPr>
        <w:spacing w:after="40"/>
      </w:pPr>
      <w:r>
        <w:t>[Your street address, city, postal code]</w:t>
      </w:r>
    </w:p>
    <w:p w14:paraId="052FE168" w14:textId="77777777" w:rsidR="00601432" w:rsidRDefault="00320F34">
      <w:r>
        <w:t>[Your email or phone number]</w:t>
      </w:r>
    </w:p>
    <w:p w14:paraId="013FFD71" w14:textId="1812461B" w:rsidR="00601432" w:rsidRDefault="00601432">
      <w:pPr>
        <w:spacing w:before="220"/>
      </w:pPr>
    </w:p>
    <w:sectPr w:rsidR="0060143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1807988">
    <w:abstractNumId w:val="3"/>
  </w:num>
  <w:num w:numId="2" w16cid:durableId="2041200299">
    <w:abstractNumId w:val="7"/>
  </w:num>
  <w:num w:numId="3" w16cid:durableId="2098398522">
    <w:abstractNumId w:val="2"/>
  </w:num>
  <w:num w:numId="4" w16cid:durableId="243804765">
    <w:abstractNumId w:val="0"/>
  </w:num>
  <w:num w:numId="5" w16cid:durableId="316737732">
    <w:abstractNumId w:val="5"/>
  </w:num>
  <w:num w:numId="6" w16cid:durableId="362053281">
    <w:abstractNumId w:val="1"/>
  </w:num>
  <w:num w:numId="7" w16cid:durableId="384525282">
    <w:abstractNumId w:val="8"/>
  </w:num>
  <w:num w:numId="8" w16cid:durableId="589389141">
    <w:abstractNumId w:val="6"/>
  </w:num>
  <w:num w:numId="9" w16cid:durableId="645284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B62"/>
    <w:rsid w:val="00025D17"/>
    <w:rsid w:val="00033C8B"/>
    <w:rsid w:val="00033E32"/>
    <w:rsid w:val="00034616"/>
    <w:rsid w:val="000460B7"/>
    <w:rsid w:val="00058779"/>
    <w:rsid w:val="0006063C"/>
    <w:rsid w:val="00072F03"/>
    <w:rsid w:val="0007701C"/>
    <w:rsid w:val="000B5050"/>
    <w:rsid w:val="000B5605"/>
    <w:rsid w:val="000B6581"/>
    <w:rsid w:val="000B7557"/>
    <w:rsid w:val="000E1D8E"/>
    <w:rsid w:val="000F07F7"/>
    <w:rsid w:val="000F0DE3"/>
    <w:rsid w:val="00102393"/>
    <w:rsid w:val="0011757E"/>
    <w:rsid w:val="001223A2"/>
    <w:rsid w:val="001260C1"/>
    <w:rsid w:val="0015074B"/>
    <w:rsid w:val="00160324"/>
    <w:rsid w:val="00163A9A"/>
    <w:rsid w:val="0019286B"/>
    <w:rsid w:val="00194CCB"/>
    <w:rsid w:val="00195859"/>
    <w:rsid w:val="00195AFA"/>
    <w:rsid w:val="001A0755"/>
    <w:rsid w:val="001A4A3A"/>
    <w:rsid w:val="001A6954"/>
    <w:rsid w:val="001C7E16"/>
    <w:rsid w:val="001D7EAA"/>
    <w:rsid w:val="001E256A"/>
    <w:rsid w:val="001E428D"/>
    <w:rsid w:val="001E4660"/>
    <w:rsid w:val="00240ACA"/>
    <w:rsid w:val="00246D6F"/>
    <w:rsid w:val="002542CD"/>
    <w:rsid w:val="002704C1"/>
    <w:rsid w:val="0028450D"/>
    <w:rsid w:val="00290AD8"/>
    <w:rsid w:val="00293869"/>
    <w:rsid w:val="0029639D"/>
    <w:rsid w:val="00297C47"/>
    <w:rsid w:val="002B5549"/>
    <w:rsid w:val="002C0B4E"/>
    <w:rsid w:val="002C1461"/>
    <w:rsid w:val="002C2706"/>
    <w:rsid w:val="002D2EF1"/>
    <w:rsid w:val="002D5E2E"/>
    <w:rsid w:val="002E02BA"/>
    <w:rsid w:val="002EE75B"/>
    <w:rsid w:val="003139CB"/>
    <w:rsid w:val="00320F34"/>
    <w:rsid w:val="00326F90"/>
    <w:rsid w:val="00334C85"/>
    <w:rsid w:val="00344FC6"/>
    <w:rsid w:val="003506A4"/>
    <w:rsid w:val="0035784F"/>
    <w:rsid w:val="00366DF2"/>
    <w:rsid w:val="00375946"/>
    <w:rsid w:val="00376C19"/>
    <w:rsid w:val="003A51EF"/>
    <w:rsid w:val="003C4E53"/>
    <w:rsid w:val="003D6E35"/>
    <w:rsid w:val="003E5E9E"/>
    <w:rsid w:val="00413845"/>
    <w:rsid w:val="0041777F"/>
    <w:rsid w:val="00420CD7"/>
    <w:rsid w:val="0043711C"/>
    <w:rsid w:val="0045161F"/>
    <w:rsid w:val="00456C0F"/>
    <w:rsid w:val="00474413"/>
    <w:rsid w:val="004903D2"/>
    <w:rsid w:val="004960E6"/>
    <w:rsid w:val="004D161D"/>
    <w:rsid w:val="004E065C"/>
    <w:rsid w:val="00517E86"/>
    <w:rsid w:val="0052358B"/>
    <w:rsid w:val="0052360D"/>
    <w:rsid w:val="005616AD"/>
    <w:rsid w:val="00574429"/>
    <w:rsid w:val="00576B50"/>
    <w:rsid w:val="00577B9D"/>
    <w:rsid w:val="0058008D"/>
    <w:rsid w:val="005A5AEC"/>
    <w:rsid w:val="005A61FD"/>
    <w:rsid w:val="005B060E"/>
    <w:rsid w:val="005B555C"/>
    <w:rsid w:val="005C0322"/>
    <w:rsid w:val="005C3364"/>
    <w:rsid w:val="005C3813"/>
    <w:rsid w:val="005E678F"/>
    <w:rsid w:val="005F7418"/>
    <w:rsid w:val="00601432"/>
    <w:rsid w:val="0060304F"/>
    <w:rsid w:val="00604FEF"/>
    <w:rsid w:val="00610E58"/>
    <w:rsid w:val="00637C10"/>
    <w:rsid w:val="0064600E"/>
    <w:rsid w:val="00653755"/>
    <w:rsid w:val="00671F6D"/>
    <w:rsid w:val="00676833"/>
    <w:rsid w:val="00677780"/>
    <w:rsid w:val="00697A5D"/>
    <w:rsid w:val="006A656F"/>
    <w:rsid w:val="006A74F7"/>
    <w:rsid w:val="006C4E38"/>
    <w:rsid w:val="006E5A4D"/>
    <w:rsid w:val="006F0741"/>
    <w:rsid w:val="006F0DB0"/>
    <w:rsid w:val="007144DF"/>
    <w:rsid w:val="00730701"/>
    <w:rsid w:val="00740D07"/>
    <w:rsid w:val="00765303"/>
    <w:rsid w:val="00783FFF"/>
    <w:rsid w:val="007853F7"/>
    <w:rsid w:val="00787C9E"/>
    <w:rsid w:val="00792301"/>
    <w:rsid w:val="007B0286"/>
    <w:rsid w:val="007B6EE8"/>
    <w:rsid w:val="007B7BEA"/>
    <w:rsid w:val="007C5B22"/>
    <w:rsid w:val="007E4B09"/>
    <w:rsid w:val="007F171A"/>
    <w:rsid w:val="007F2EE2"/>
    <w:rsid w:val="007F6F17"/>
    <w:rsid w:val="0082287F"/>
    <w:rsid w:val="00825C87"/>
    <w:rsid w:val="00852A25"/>
    <w:rsid w:val="008A4A37"/>
    <w:rsid w:val="008D07D8"/>
    <w:rsid w:val="008E1362"/>
    <w:rsid w:val="008E40AE"/>
    <w:rsid w:val="008F0ED9"/>
    <w:rsid w:val="008F3A72"/>
    <w:rsid w:val="00915983"/>
    <w:rsid w:val="00921997"/>
    <w:rsid w:val="00922C87"/>
    <w:rsid w:val="00937B33"/>
    <w:rsid w:val="00960E66"/>
    <w:rsid w:val="00963D75"/>
    <w:rsid w:val="00976C40"/>
    <w:rsid w:val="00977545"/>
    <w:rsid w:val="00977D27"/>
    <w:rsid w:val="00980590"/>
    <w:rsid w:val="009B0F5C"/>
    <w:rsid w:val="009B671A"/>
    <w:rsid w:val="009B6E8A"/>
    <w:rsid w:val="009F247D"/>
    <w:rsid w:val="009F305F"/>
    <w:rsid w:val="00A006A0"/>
    <w:rsid w:val="00A014BC"/>
    <w:rsid w:val="00A35E2D"/>
    <w:rsid w:val="00A472BA"/>
    <w:rsid w:val="00A64985"/>
    <w:rsid w:val="00A83CC8"/>
    <w:rsid w:val="00A9001B"/>
    <w:rsid w:val="00A97B39"/>
    <w:rsid w:val="00AA1D8D"/>
    <w:rsid w:val="00AA5BC9"/>
    <w:rsid w:val="00AC340C"/>
    <w:rsid w:val="00AF4AC7"/>
    <w:rsid w:val="00AF5AE4"/>
    <w:rsid w:val="00AF7005"/>
    <w:rsid w:val="00B0005C"/>
    <w:rsid w:val="00B02DB6"/>
    <w:rsid w:val="00B13C2C"/>
    <w:rsid w:val="00B236CB"/>
    <w:rsid w:val="00B244C1"/>
    <w:rsid w:val="00B47730"/>
    <w:rsid w:val="00B5275F"/>
    <w:rsid w:val="00B64571"/>
    <w:rsid w:val="00B75C50"/>
    <w:rsid w:val="00B77FAC"/>
    <w:rsid w:val="00B8746B"/>
    <w:rsid w:val="00BB39F9"/>
    <w:rsid w:val="00BC42C8"/>
    <w:rsid w:val="00BD44FD"/>
    <w:rsid w:val="00BF1EE9"/>
    <w:rsid w:val="00C04F66"/>
    <w:rsid w:val="00C33F31"/>
    <w:rsid w:val="00C844BB"/>
    <w:rsid w:val="00CA7B48"/>
    <w:rsid w:val="00CB0664"/>
    <w:rsid w:val="00CB14BB"/>
    <w:rsid w:val="00CB2640"/>
    <w:rsid w:val="00CF3B15"/>
    <w:rsid w:val="00CF7E4C"/>
    <w:rsid w:val="00D10B14"/>
    <w:rsid w:val="00D112B0"/>
    <w:rsid w:val="00D23192"/>
    <w:rsid w:val="00D25483"/>
    <w:rsid w:val="00D320BC"/>
    <w:rsid w:val="00D4040C"/>
    <w:rsid w:val="00D45F95"/>
    <w:rsid w:val="00D47990"/>
    <w:rsid w:val="00D62E8E"/>
    <w:rsid w:val="00D85715"/>
    <w:rsid w:val="00DA0336"/>
    <w:rsid w:val="00DB3094"/>
    <w:rsid w:val="00DD19A5"/>
    <w:rsid w:val="00DD34E0"/>
    <w:rsid w:val="00E066E5"/>
    <w:rsid w:val="00E36917"/>
    <w:rsid w:val="00E432F7"/>
    <w:rsid w:val="00E578DD"/>
    <w:rsid w:val="00E6186B"/>
    <w:rsid w:val="00E6344A"/>
    <w:rsid w:val="00E65A29"/>
    <w:rsid w:val="00E7327A"/>
    <w:rsid w:val="00E8581B"/>
    <w:rsid w:val="00EA250D"/>
    <w:rsid w:val="00EA3684"/>
    <w:rsid w:val="00EB0ACA"/>
    <w:rsid w:val="00EB6267"/>
    <w:rsid w:val="00EB77CE"/>
    <w:rsid w:val="00EC7BF5"/>
    <w:rsid w:val="00EF22FC"/>
    <w:rsid w:val="00EF398A"/>
    <w:rsid w:val="00F14640"/>
    <w:rsid w:val="00F40AA3"/>
    <w:rsid w:val="00F50F83"/>
    <w:rsid w:val="00F73586"/>
    <w:rsid w:val="00F75697"/>
    <w:rsid w:val="00F96EB2"/>
    <w:rsid w:val="00F9751A"/>
    <w:rsid w:val="00F97FB9"/>
    <w:rsid w:val="00FC3244"/>
    <w:rsid w:val="00FC693F"/>
    <w:rsid w:val="00FD0AED"/>
    <w:rsid w:val="00FE4475"/>
    <w:rsid w:val="00FE7975"/>
    <w:rsid w:val="00FF15EC"/>
    <w:rsid w:val="00FF7250"/>
    <w:rsid w:val="0229CD54"/>
    <w:rsid w:val="0312E9C4"/>
    <w:rsid w:val="0316F8E8"/>
    <w:rsid w:val="04062FAE"/>
    <w:rsid w:val="0761D4CC"/>
    <w:rsid w:val="07A4EA09"/>
    <w:rsid w:val="07E60D13"/>
    <w:rsid w:val="08AB894D"/>
    <w:rsid w:val="08CDE6B5"/>
    <w:rsid w:val="09BD247D"/>
    <w:rsid w:val="09CB5F30"/>
    <w:rsid w:val="0A8F8865"/>
    <w:rsid w:val="0A97850A"/>
    <w:rsid w:val="0ABAB0F9"/>
    <w:rsid w:val="0AD54928"/>
    <w:rsid w:val="0B4BD584"/>
    <w:rsid w:val="0BC2185D"/>
    <w:rsid w:val="0BFC355D"/>
    <w:rsid w:val="0C3AB32A"/>
    <w:rsid w:val="0C9BA758"/>
    <w:rsid w:val="0D77D649"/>
    <w:rsid w:val="0E476569"/>
    <w:rsid w:val="0EC4EEC9"/>
    <w:rsid w:val="0F39DA81"/>
    <w:rsid w:val="0FA0A82C"/>
    <w:rsid w:val="10FAB9A6"/>
    <w:rsid w:val="119364D0"/>
    <w:rsid w:val="11F7B767"/>
    <w:rsid w:val="1234963F"/>
    <w:rsid w:val="126242DB"/>
    <w:rsid w:val="146511B7"/>
    <w:rsid w:val="14EF876A"/>
    <w:rsid w:val="157B87F5"/>
    <w:rsid w:val="15F194B5"/>
    <w:rsid w:val="1638164F"/>
    <w:rsid w:val="16737C4E"/>
    <w:rsid w:val="17978C44"/>
    <w:rsid w:val="17C8A0F8"/>
    <w:rsid w:val="1824C7E3"/>
    <w:rsid w:val="1ACEAA55"/>
    <w:rsid w:val="1C1E09AB"/>
    <w:rsid w:val="1C49AE44"/>
    <w:rsid w:val="1D4D09EA"/>
    <w:rsid w:val="1ED0DEF4"/>
    <w:rsid w:val="1F705F5F"/>
    <w:rsid w:val="20F97503"/>
    <w:rsid w:val="21836561"/>
    <w:rsid w:val="21D27CCC"/>
    <w:rsid w:val="21E45E20"/>
    <w:rsid w:val="22C841FA"/>
    <w:rsid w:val="2382BE80"/>
    <w:rsid w:val="239EC6C9"/>
    <w:rsid w:val="23BB883B"/>
    <w:rsid w:val="2485457D"/>
    <w:rsid w:val="24BAA040"/>
    <w:rsid w:val="256B30E5"/>
    <w:rsid w:val="25C88851"/>
    <w:rsid w:val="260B3C5E"/>
    <w:rsid w:val="260BFCDA"/>
    <w:rsid w:val="267F4281"/>
    <w:rsid w:val="26D4AEDC"/>
    <w:rsid w:val="27CDFB08"/>
    <w:rsid w:val="27F04E27"/>
    <w:rsid w:val="2843677E"/>
    <w:rsid w:val="286662CA"/>
    <w:rsid w:val="28EA2EF6"/>
    <w:rsid w:val="28FB5BB0"/>
    <w:rsid w:val="292F26A9"/>
    <w:rsid w:val="2CDBC4DA"/>
    <w:rsid w:val="2D752DA0"/>
    <w:rsid w:val="2E0AE1ED"/>
    <w:rsid w:val="2ECF4EAB"/>
    <w:rsid w:val="2F5B794F"/>
    <w:rsid w:val="2F83FE4F"/>
    <w:rsid w:val="2F8504D4"/>
    <w:rsid w:val="2FE33E9E"/>
    <w:rsid w:val="302293B9"/>
    <w:rsid w:val="30CCE441"/>
    <w:rsid w:val="30DAFA8A"/>
    <w:rsid w:val="316D8500"/>
    <w:rsid w:val="31E15BA1"/>
    <w:rsid w:val="321E7D2A"/>
    <w:rsid w:val="324CEF9B"/>
    <w:rsid w:val="32A3CF88"/>
    <w:rsid w:val="3395ECF4"/>
    <w:rsid w:val="35BF28DE"/>
    <w:rsid w:val="36D27DF8"/>
    <w:rsid w:val="37F2176B"/>
    <w:rsid w:val="38FEFFEC"/>
    <w:rsid w:val="39D56DF7"/>
    <w:rsid w:val="39F7C057"/>
    <w:rsid w:val="3A6601F4"/>
    <w:rsid w:val="3B03C403"/>
    <w:rsid w:val="3B0DA38B"/>
    <w:rsid w:val="3B1CFAB1"/>
    <w:rsid w:val="3B9283FA"/>
    <w:rsid w:val="3CA4F059"/>
    <w:rsid w:val="3CB4E893"/>
    <w:rsid w:val="3D645BA9"/>
    <w:rsid w:val="3DC75492"/>
    <w:rsid w:val="3EF408D6"/>
    <w:rsid w:val="40095B41"/>
    <w:rsid w:val="401369D5"/>
    <w:rsid w:val="406839F1"/>
    <w:rsid w:val="409F402F"/>
    <w:rsid w:val="40A541F7"/>
    <w:rsid w:val="4147A753"/>
    <w:rsid w:val="41DEC123"/>
    <w:rsid w:val="41FBD6A0"/>
    <w:rsid w:val="42C2C312"/>
    <w:rsid w:val="43EDFDAE"/>
    <w:rsid w:val="43F5178A"/>
    <w:rsid w:val="440254B2"/>
    <w:rsid w:val="44597C3A"/>
    <w:rsid w:val="4481D2C2"/>
    <w:rsid w:val="449F2B63"/>
    <w:rsid w:val="44D3187D"/>
    <w:rsid w:val="44E40837"/>
    <w:rsid w:val="44FF5933"/>
    <w:rsid w:val="463280D9"/>
    <w:rsid w:val="48708512"/>
    <w:rsid w:val="494DFF70"/>
    <w:rsid w:val="4A08A942"/>
    <w:rsid w:val="4A3194AE"/>
    <w:rsid w:val="4AE45A2D"/>
    <w:rsid w:val="4B19BD83"/>
    <w:rsid w:val="4B27EAEF"/>
    <w:rsid w:val="4C25B39D"/>
    <w:rsid w:val="4E3C7099"/>
    <w:rsid w:val="4EBEBC9B"/>
    <w:rsid w:val="4F1AB383"/>
    <w:rsid w:val="50D744D4"/>
    <w:rsid w:val="50E8764F"/>
    <w:rsid w:val="513396AF"/>
    <w:rsid w:val="5254EE87"/>
    <w:rsid w:val="54328D31"/>
    <w:rsid w:val="5480AF1A"/>
    <w:rsid w:val="54997D69"/>
    <w:rsid w:val="54A07DC9"/>
    <w:rsid w:val="54D98D3E"/>
    <w:rsid w:val="57490B3B"/>
    <w:rsid w:val="5831BBEA"/>
    <w:rsid w:val="5917FF6D"/>
    <w:rsid w:val="59F26229"/>
    <w:rsid w:val="5A2306DE"/>
    <w:rsid w:val="5B1B4F38"/>
    <w:rsid w:val="5B8E0175"/>
    <w:rsid w:val="5C784EF1"/>
    <w:rsid w:val="5DCE8763"/>
    <w:rsid w:val="5EFD29BE"/>
    <w:rsid w:val="5F2F363A"/>
    <w:rsid w:val="5F5786A2"/>
    <w:rsid w:val="5FE0625C"/>
    <w:rsid w:val="5FE738C0"/>
    <w:rsid w:val="61076072"/>
    <w:rsid w:val="611CFF2E"/>
    <w:rsid w:val="61C95076"/>
    <w:rsid w:val="635C9E0B"/>
    <w:rsid w:val="658AE7A7"/>
    <w:rsid w:val="677AD200"/>
    <w:rsid w:val="677D5CA6"/>
    <w:rsid w:val="67A141FA"/>
    <w:rsid w:val="67C742FF"/>
    <w:rsid w:val="6835946A"/>
    <w:rsid w:val="68495245"/>
    <w:rsid w:val="6867784B"/>
    <w:rsid w:val="68FE78D8"/>
    <w:rsid w:val="68FF4FD8"/>
    <w:rsid w:val="6908D49C"/>
    <w:rsid w:val="69FDCBB9"/>
    <w:rsid w:val="6A3EECC2"/>
    <w:rsid w:val="6A4736CC"/>
    <w:rsid w:val="6ABE42DA"/>
    <w:rsid w:val="6C564A1E"/>
    <w:rsid w:val="6C9223D4"/>
    <w:rsid w:val="6CC4F1A9"/>
    <w:rsid w:val="6DAEFDAC"/>
    <w:rsid w:val="6DBF821F"/>
    <w:rsid w:val="6E1F80C5"/>
    <w:rsid w:val="6E53D40B"/>
    <w:rsid w:val="6E9E39AD"/>
    <w:rsid w:val="70030DAA"/>
    <w:rsid w:val="705AFE7A"/>
    <w:rsid w:val="7083BF18"/>
    <w:rsid w:val="70F32E06"/>
    <w:rsid w:val="71740583"/>
    <w:rsid w:val="71E4ECD7"/>
    <w:rsid w:val="726313A9"/>
    <w:rsid w:val="72B51443"/>
    <w:rsid w:val="74BC8435"/>
    <w:rsid w:val="75B7F060"/>
    <w:rsid w:val="76213AD1"/>
    <w:rsid w:val="76CBE6CD"/>
    <w:rsid w:val="77742472"/>
    <w:rsid w:val="77CB40B7"/>
    <w:rsid w:val="7A7C7066"/>
    <w:rsid w:val="7AB933A2"/>
    <w:rsid w:val="7BB12407"/>
    <w:rsid w:val="7C5F0849"/>
    <w:rsid w:val="7CE80B8B"/>
    <w:rsid w:val="7CE81772"/>
    <w:rsid w:val="7D2D272F"/>
    <w:rsid w:val="7F4F65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B2976"/>
  <w14:defaultImageDpi w14:val="300"/>
  <w15:docId w15:val="{6516169F-62FB-4DF1-9ABF-62F6B0D1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7"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87C9E"/>
    <w:rPr>
      <w:color w:val="0000FF" w:themeColor="hyperlink"/>
      <w:u w:val="single"/>
    </w:rPr>
  </w:style>
  <w:style w:type="character" w:styleId="UnresolvedMention">
    <w:name w:val="Unresolved Mention"/>
    <w:basedOn w:val="DefaultParagraphFont"/>
    <w:uiPriority w:val="99"/>
    <w:semiHidden/>
    <w:unhideWhenUsed/>
    <w:rsid w:val="00787C9E"/>
    <w:rPr>
      <w:color w:val="605E5C"/>
      <w:shd w:val="clear" w:color="auto" w:fill="E1DFDD"/>
    </w:rPr>
  </w:style>
  <w:style w:type="paragraph" w:styleId="Revision">
    <w:name w:val="Revision"/>
    <w:hidden/>
    <w:uiPriority w:val="99"/>
    <w:semiHidden/>
    <w:rsid w:val="00420CD7"/>
    <w:pPr>
      <w:spacing w:after="0" w:line="240" w:lineRule="auto"/>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g.ca/en/contact-us/questions-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an.Fraser@parl.gc.ca" TargetMode="External"/><Relationship Id="rId5" Type="http://schemas.openxmlformats.org/officeDocument/2006/relationships/numbering" Target="numbering.xml"/><Relationship Id="rId10" Type="http://schemas.openxmlformats.org/officeDocument/2006/relationships/hyperlink" Target="mailto:ps.ministerofpublicsafety-ministredelasecuritepublique.sp@ps-sp.gc.ca" TargetMode="External"/><Relationship Id="rId4" Type="http://schemas.openxmlformats.org/officeDocument/2006/relationships/customXml" Target="../customXml/item4.xml"/><Relationship Id="rId9" Type="http://schemas.openxmlformats.org/officeDocument/2006/relationships/hyperlink" Target="http://www.ourcommons.ca/members/en/sear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24B6071A37C24A88EDE9ECDD191820" ma:contentTypeVersion="17" ma:contentTypeDescription="Create a new document." ma:contentTypeScope="" ma:versionID="392599edb3c9fa6e260e237d3fd52782">
  <xsd:schema xmlns:xsd="http://www.w3.org/2001/XMLSchema" xmlns:xs="http://www.w3.org/2001/XMLSchema" xmlns:p="http://schemas.microsoft.com/office/2006/metadata/properties" xmlns:ns3="1e617ad2-2bee-40cf-8f66-3576c6ff9b3c" xmlns:ns4="7c5a9f9b-c037-4e45-ac19-8fcaa04ebfd9" targetNamespace="http://schemas.microsoft.com/office/2006/metadata/properties" ma:root="true" ma:fieldsID="9c0f964a61baa822b76bd8483194ebd6" ns3:_="" ns4:_="">
    <xsd:import namespace="1e617ad2-2bee-40cf-8f66-3576c6ff9b3c"/>
    <xsd:import namespace="7c5a9f9b-c037-4e45-ac19-8fcaa04ebf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17ad2-2bee-40cf-8f66-3576c6ff9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a9f9b-c037-4e45-ac19-8fcaa04eb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e617ad2-2bee-40cf-8f66-3576c6ff9b3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2EDD49F-50AE-42BB-B625-90CF07AB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17ad2-2bee-40cf-8f66-3576c6ff9b3c"/>
    <ds:schemaRef ds:uri="7c5a9f9b-c037-4e45-ac19-8fcaa04e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694A3-3157-4882-8A63-208E5A0D66E9}">
  <ds:schemaRefs>
    <ds:schemaRef ds:uri="http://schemas.microsoft.com/sharepoint/v3/contenttype/forms"/>
  </ds:schemaRefs>
</ds:datastoreItem>
</file>

<file path=customXml/itemProps4.xml><?xml version="1.0" encoding="utf-8"?>
<ds:datastoreItem xmlns:ds="http://schemas.openxmlformats.org/officeDocument/2006/customXml" ds:itemID="{488235CB-9547-48FC-9CB3-EF1DDA747B43}">
  <ds:schemaRefs>
    <ds:schemaRef ds:uri="http://schemas.microsoft.com/office/2006/metadata/properties"/>
    <ds:schemaRef ds:uri="http://schemas.microsoft.com/office/infopath/2007/PartnerControls"/>
    <ds:schemaRef ds:uri="1e617ad2-2bee-40cf-8f66-3576c6ff9b3c"/>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Pages>
  <Words>830</Words>
  <Characters>4733</Characters>
  <Application>Microsoft Office Word</Application>
  <DocSecurity>0</DocSecurity>
  <Lines>39</Lines>
  <Paragraphs>11</Paragraphs>
  <ScaleCrop>false</ScaleCrop>
  <Manager/>
  <Company/>
  <LinksUpToDate>false</LinksUpToDate>
  <CharactersWithSpaces>5552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Brianna Bourassa</cp:lastModifiedBy>
  <cp:revision>2</cp:revision>
  <dcterms:created xsi:type="dcterms:W3CDTF">2026-08-11T17:02:00Z</dcterms:created>
  <dcterms:modified xsi:type="dcterms:W3CDTF">2026-08-11T17:02:00Z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0x0101007A24B6071A37C24A88EDE9ECDD191820</vt:lpwstr>
  </property>
</Properties>
</file>